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9FE50E0" w:rsidR="00524DCF" w:rsidRPr="007C51C7" w:rsidRDefault="00816642" w:rsidP="007C51C7">
      <w:pPr>
        <w:pStyle w:val="Heading1"/>
        <w:jc w:val="center"/>
      </w:pPr>
      <w:r>
        <w:t xml:space="preserve">A Taste of Woodbury ~ </w:t>
      </w:r>
      <w:r w:rsidR="007C51C7" w:rsidRPr="007C51C7">
        <w:t>Woodbury Community Cookbook</w:t>
      </w:r>
    </w:p>
    <w:p w14:paraId="00000002" w14:textId="77777777" w:rsidR="00524DCF" w:rsidRPr="003903A4" w:rsidRDefault="007C51C7" w:rsidP="007C51C7">
      <w:pPr>
        <w:jc w:val="center"/>
        <w:rPr>
          <w:b/>
          <w:bCs/>
          <w:sz w:val="28"/>
          <w:szCs w:val="28"/>
        </w:rPr>
      </w:pPr>
      <w:r w:rsidRPr="003903A4">
        <w:rPr>
          <w:b/>
          <w:bCs/>
          <w:sz w:val="28"/>
          <w:szCs w:val="28"/>
        </w:rPr>
        <w:t>Recipe Submission Form</w:t>
      </w:r>
      <w:r w:rsidRPr="003903A4">
        <w:rPr>
          <w:b/>
          <w:bCs/>
          <w:sz w:val="28"/>
          <w:szCs w:val="28"/>
        </w:rPr>
        <w:br/>
      </w:r>
    </w:p>
    <w:p w14:paraId="4C8645DF" w14:textId="77777777" w:rsidR="00816642" w:rsidRPr="003903A4" w:rsidRDefault="007C51C7">
      <w:pPr>
        <w:rPr>
          <w:sz w:val="24"/>
          <w:szCs w:val="24"/>
        </w:rPr>
      </w:pPr>
      <w:r w:rsidRPr="003903A4">
        <w:rPr>
          <w:b/>
          <w:bCs/>
          <w:sz w:val="24"/>
          <w:szCs w:val="24"/>
        </w:rPr>
        <w:t>Woodbury Parks &amp; Recreation</w:t>
      </w:r>
      <w:r w:rsidRPr="003903A4">
        <w:rPr>
          <w:sz w:val="24"/>
          <w:szCs w:val="24"/>
        </w:rPr>
        <w:t xml:space="preserve"> </w:t>
      </w:r>
      <w:proofErr w:type="gramStart"/>
      <w:r w:rsidRPr="003903A4">
        <w:rPr>
          <w:sz w:val="24"/>
          <w:szCs w:val="24"/>
        </w:rPr>
        <w:t>is collecting</w:t>
      </w:r>
      <w:proofErr w:type="gramEnd"/>
      <w:r w:rsidRPr="003903A4">
        <w:rPr>
          <w:sz w:val="24"/>
          <w:szCs w:val="24"/>
        </w:rPr>
        <w:t xml:space="preserve"> favorite recipes from Woodbury residents to create a community cookbook celebrating the traditions, families, and everyday moments that make our town special.</w:t>
      </w:r>
      <w:r w:rsidRPr="003903A4">
        <w:rPr>
          <w:sz w:val="24"/>
          <w:szCs w:val="24"/>
        </w:rPr>
        <w:br/>
      </w:r>
      <w:r w:rsidRPr="003903A4">
        <w:rPr>
          <w:sz w:val="24"/>
          <w:szCs w:val="24"/>
        </w:rPr>
        <w:br/>
        <w:t>We invite you to share a recipe that has meaning in your home</w:t>
      </w:r>
      <w:r w:rsidR="00816642" w:rsidRPr="003903A4">
        <w:rPr>
          <w:sz w:val="24"/>
          <w:szCs w:val="24"/>
        </w:rPr>
        <w:t>.  So</w:t>
      </w:r>
      <w:r w:rsidRPr="003903A4">
        <w:rPr>
          <w:sz w:val="24"/>
          <w:szCs w:val="24"/>
        </w:rPr>
        <w:t xml:space="preserve">mething you make often, bring to gatherings, or return to year after year. </w:t>
      </w:r>
    </w:p>
    <w:p w14:paraId="00000003" w14:textId="7C75C151" w:rsidR="00524DCF" w:rsidRPr="003903A4" w:rsidRDefault="007C51C7">
      <w:pPr>
        <w:rPr>
          <w:sz w:val="24"/>
          <w:szCs w:val="24"/>
        </w:rPr>
      </w:pPr>
      <w:r w:rsidRPr="003903A4">
        <w:rPr>
          <w:sz w:val="24"/>
          <w:szCs w:val="24"/>
        </w:rPr>
        <w:t>Thank you for being part of this community project.</w:t>
      </w:r>
    </w:p>
    <w:p w14:paraId="00000004" w14:textId="77777777" w:rsidR="00524DCF" w:rsidRPr="003903A4" w:rsidRDefault="007C51C7" w:rsidP="007C51C7">
      <w:pPr>
        <w:pStyle w:val="Heading2"/>
        <w:spacing w:line="240" w:lineRule="auto"/>
        <w:rPr>
          <w:sz w:val="24"/>
          <w:szCs w:val="24"/>
        </w:rPr>
      </w:pPr>
      <w:r w:rsidRPr="003903A4">
        <w:rPr>
          <w:sz w:val="24"/>
          <w:szCs w:val="24"/>
        </w:rPr>
        <w:t>Submitter Information</w:t>
      </w:r>
    </w:p>
    <w:p w14:paraId="00000005" w14:textId="1C7969FD" w:rsidR="00524DCF" w:rsidRPr="003903A4" w:rsidRDefault="007C51C7" w:rsidP="007C51C7">
      <w:pPr>
        <w:spacing w:line="240" w:lineRule="auto"/>
        <w:rPr>
          <w:sz w:val="24"/>
          <w:szCs w:val="24"/>
        </w:rPr>
      </w:pPr>
      <w:r w:rsidRPr="003903A4">
        <w:rPr>
          <w:sz w:val="24"/>
          <w:szCs w:val="24"/>
        </w:rPr>
        <w:t xml:space="preserve">Name (as you would like it to appear in the cookbook): </w:t>
      </w:r>
      <w:sdt>
        <w:sdtPr>
          <w:rPr>
            <w:sz w:val="24"/>
            <w:szCs w:val="24"/>
          </w:rPr>
          <w:id w:val="294176632"/>
          <w:placeholder>
            <w:docPart w:val="DefaultPlaceholder_-1854013440"/>
          </w:placeholder>
          <w:showingPlcHdr/>
          <w:text/>
        </w:sdtPr>
        <w:sdtEndPr/>
        <w:sdtContent>
          <w:r w:rsidR="00FA26AC" w:rsidRPr="00E9546C">
            <w:rPr>
              <w:rStyle w:val="PlaceholderText"/>
            </w:rPr>
            <w:t>Click or tap here to enter text.</w:t>
          </w:r>
        </w:sdtContent>
      </w:sdt>
    </w:p>
    <w:p w14:paraId="00000006" w14:textId="1899309D" w:rsidR="00524DCF" w:rsidRPr="003903A4" w:rsidRDefault="007C51C7" w:rsidP="007C51C7">
      <w:pPr>
        <w:spacing w:line="240" w:lineRule="auto"/>
        <w:rPr>
          <w:sz w:val="24"/>
          <w:szCs w:val="24"/>
        </w:rPr>
      </w:pPr>
      <w:r w:rsidRPr="003903A4">
        <w:rPr>
          <w:sz w:val="24"/>
          <w:szCs w:val="24"/>
        </w:rPr>
        <w:t xml:space="preserve">Address (street name only): </w:t>
      </w:r>
      <w:sdt>
        <w:sdtPr>
          <w:rPr>
            <w:sz w:val="24"/>
            <w:szCs w:val="24"/>
          </w:rPr>
          <w:id w:val="1401015414"/>
          <w:placeholder>
            <w:docPart w:val="DefaultPlaceholder_-1854013440"/>
          </w:placeholder>
          <w:showingPlcHdr/>
          <w:text/>
        </w:sdtPr>
        <w:sdtEndPr/>
        <w:sdtContent>
          <w:r w:rsidR="003903A4" w:rsidRPr="003903A4">
            <w:rPr>
              <w:rStyle w:val="PlaceholderText"/>
              <w:sz w:val="24"/>
              <w:szCs w:val="24"/>
            </w:rPr>
            <w:t>Click or tap here to enter text.</w:t>
          </w:r>
        </w:sdtContent>
      </w:sdt>
      <w:r w:rsidRPr="003903A4">
        <w:rPr>
          <w:sz w:val="24"/>
          <w:szCs w:val="24"/>
        </w:rPr>
        <w:br/>
      </w:r>
    </w:p>
    <w:p w14:paraId="00000007" w14:textId="39E9A2F9" w:rsidR="00524DCF" w:rsidRPr="003903A4" w:rsidRDefault="007C51C7" w:rsidP="007C51C7">
      <w:pPr>
        <w:spacing w:line="240" w:lineRule="auto"/>
        <w:rPr>
          <w:sz w:val="24"/>
          <w:szCs w:val="24"/>
        </w:rPr>
      </w:pPr>
      <w:r w:rsidRPr="003903A4">
        <w:rPr>
          <w:sz w:val="24"/>
          <w:szCs w:val="24"/>
        </w:rPr>
        <w:t xml:space="preserve">Email Address: </w:t>
      </w:r>
      <w:sdt>
        <w:sdtPr>
          <w:rPr>
            <w:sz w:val="24"/>
            <w:szCs w:val="24"/>
          </w:rPr>
          <w:id w:val="301661234"/>
          <w:placeholder>
            <w:docPart w:val="DefaultPlaceholder_-1854013440"/>
          </w:placeholder>
          <w:showingPlcHdr/>
          <w:text/>
        </w:sdtPr>
        <w:sdtEndPr/>
        <w:sdtContent>
          <w:r w:rsidR="003903A4" w:rsidRPr="003903A4">
            <w:rPr>
              <w:rStyle w:val="PlaceholderText"/>
              <w:sz w:val="24"/>
              <w:szCs w:val="24"/>
            </w:rPr>
            <w:t>Click or tap here to enter text.</w:t>
          </w:r>
        </w:sdtContent>
      </w:sdt>
      <w:r w:rsidRPr="003903A4">
        <w:rPr>
          <w:sz w:val="24"/>
          <w:szCs w:val="24"/>
        </w:rPr>
        <w:br/>
      </w:r>
    </w:p>
    <w:p w14:paraId="00000008" w14:textId="0C2C9E21" w:rsidR="00524DCF" w:rsidRPr="003903A4" w:rsidRDefault="007C51C7" w:rsidP="007C51C7">
      <w:pPr>
        <w:spacing w:line="240" w:lineRule="auto"/>
        <w:rPr>
          <w:sz w:val="24"/>
          <w:szCs w:val="24"/>
        </w:rPr>
      </w:pPr>
      <w:r w:rsidRPr="003903A4">
        <w:rPr>
          <w:sz w:val="24"/>
          <w:szCs w:val="24"/>
        </w:rPr>
        <w:t xml:space="preserve">Phone Number: </w:t>
      </w:r>
      <w:sdt>
        <w:sdtPr>
          <w:rPr>
            <w:sz w:val="24"/>
            <w:szCs w:val="24"/>
          </w:rPr>
          <w:id w:val="-1264909223"/>
          <w:placeholder>
            <w:docPart w:val="DefaultPlaceholder_-1854013440"/>
          </w:placeholder>
          <w:showingPlcHdr/>
          <w:text/>
        </w:sdtPr>
        <w:sdtEndPr/>
        <w:sdtContent>
          <w:r w:rsidR="003903A4" w:rsidRPr="003903A4">
            <w:rPr>
              <w:rStyle w:val="PlaceholderText"/>
              <w:sz w:val="24"/>
              <w:szCs w:val="24"/>
            </w:rPr>
            <w:t>Click or tap here to enter text.</w:t>
          </w:r>
        </w:sdtContent>
      </w:sdt>
      <w:r w:rsidRPr="003903A4">
        <w:rPr>
          <w:sz w:val="24"/>
          <w:szCs w:val="24"/>
        </w:rPr>
        <w:br/>
      </w:r>
    </w:p>
    <w:p w14:paraId="00000009" w14:textId="77777777" w:rsidR="00524DCF" w:rsidRPr="003903A4" w:rsidRDefault="007C51C7" w:rsidP="007C51C7">
      <w:pPr>
        <w:pStyle w:val="Heading2"/>
        <w:spacing w:line="240" w:lineRule="auto"/>
        <w:rPr>
          <w:sz w:val="24"/>
          <w:szCs w:val="24"/>
        </w:rPr>
      </w:pPr>
      <w:r w:rsidRPr="003903A4">
        <w:rPr>
          <w:sz w:val="24"/>
          <w:szCs w:val="24"/>
        </w:rPr>
        <w:t>Recipe Information</w:t>
      </w:r>
    </w:p>
    <w:p w14:paraId="0000000A" w14:textId="26ABB8FF" w:rsidR="00524DCF" w:rsidRPr="003903A4" w:rsidRDefault="007C51C7" w:rsidP="007C51C7">
      <w:pPr>
        <w:spacing w:line="240" w:lineRule="auto"/>
        <w:rPr>
          <w:sz w:val="24"/>
          <w:szCs w:val="24"/>
        </w:rPr>
      </w:pPr>
      <w:r w:rsidRPr="003903A4">
        <w:rPr>
          <w:sz w:val="24"/>
          <w:szCs w:val="24"/>
        </w:rPr>
        <w:t xml:space="preserve">Recipe Title: </w:t>
      </w:r>
      <w:sdt>
        <w:sdtPr>
          <w:rPr>
            <w:sz w:val="24"/>
            <w:szCs w:val="24"/>
          </w:rPr>
          <w:id w:val="-1156837755"/>
          <w:placeholder>
            <w:docPart w:val="DefaultPlaceholder_-1854013440"/>
          </w:placeholder>
          <w:showingPlcHdr/>
          <w:text/>
        </w:sdtPr>
        <w:sdtEndPr/>
        <w:sdtContent>
          <w:r w:rsidR="003903A4" w:rsidRPr="00E9546C">
            <w:rPr>
              <w:rStyle w:val="PlaceholderText"/>
            </w:rPr>
            <w:t>Click or tap here to enter text.</w:t>
          </w:r>
        </w:sdtContent>
      </w:sdt>
    </w:p>
    <w:p w14:paraId="0000000B" w14:textId="51A6C76D" w:rsidR="00524DCF" w:rsidRPr="003903A4" w:rsidRDefault="007C51C7" w:rsidP="007C51C7">
      <w:pPr>
        <w:spacing w:line="240" w:lineRule="auto"/>
        <w:rPr>
          <w:sz w:val="24"/>
          <w:szCs w:val="24"/>
        </w:rPr>
      </w:pPr>
      <w:r w:rsidRPr="003903A4">
        <w:rPr>
          <w:sz w:val="24"/>
          <w:szCs w:val="24"/>
        </w:rPr>
        <w:t>Recipe Category (please check one):</w:t>
      </w:r>
      <w:r w:rsidRPr="003903A4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-10721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26A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3903A4">
        <w:rPr>
          <w:sz w:val="24"/>
          <w:szCs w:val="24"/>
        </w:rPr>
        <w:t xml:space="preserve"> Appetizers &amp; Snacks</w:t>
      </w:r>
      <w:r w:rsidRPr="003903A4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-12482568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26A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3903A4">
        <w:rPr>
          <w:sz w:val="24"/>
          <w:szCs w:val="24"/>
        </w:rPr>
        <w:t xml:space="preserve"> Soups &amp; Salads</w:t>
      </w:r>
      <w:r w:rsidRPr="003903A4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-2777922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26A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3903A4">
        <w:rPr>
          <w:sz w:val="24"/>
          <w:szCs w:val="24"/>
        </w:rPr>
        <w:t xml:space="preserve"> Main Dishes</w:t>
      </w:r>
      <w:r w:rsidRPr="003903A4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-423572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26A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3903A4">
        <w:rPr>
          <w:sz w:val="24"/>
          <w:szCs w:val="24"/>
        </w:rPr>
        <w:t xml:space="preserve"> Side Dishes</w:t>
      </w:r>
      <w:r w:rsidRPr="003903A4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-6039607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26A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3903A4">
        <w:rPr>
          <w:sz w:val="24"/>
          <w:szCs w:val="24"/>
        </w:rPr>
        <w:t xml:space="preserve"> Breads &amp; Breakfast</w:t>
      </w:r>
      <w:r w:rsidRPr="003903A4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20460187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26A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3903A4">
        <w:rPr>
          <w:sz w:val="24"/>
          <w:szCs w:val="24"/>
        </w:rPr>
        <w:t xml:space="preserve"> Desserts</w:t>
      </w:r>
      <w:r w:rsidRPr="003903A4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17872240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26A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3903A4">
        <w:rPr>
          <w:sz w:val="24"/>
          <w:szCs w:val="24"/>
        </w:rPr>
        <w:t xml:space="preserve"> Other: </w:t>
      </w:r>
      <w:sdt>
        <w:sdtPr>
          <w:rPr>
            <w:sz w:val="24"/>
            <w:szCs w:val="24"/>
          </w:rPr>
          <w:id w:val="1394776662"/>
          <w:placeholder>
            <w:docPart w:val="DefaultPlaceholder_-1854013440"/>
          </w:placeholder>
          <w:showingPlcHdr/>
          <w:text/>
        </w:sdtPr>
        <w:sdtEndPr/>
        <w:sdtContent>
          <w:r w:rsidR="003903A4" w:rsidRPr="00E9546C">
            <w:rPr>
              <w:rStyle w:val="PlaceholderText"/>
            </w:rPr>
            <w:t>Click or tap here to enter text.</w:t>
          </w:r>
        </w:sdtContent>
      </w:sdt>
      <w:r w:rsidRPr="003903A4">
        <w:rPr>
          <w:sz w:val="24"/>
          <w:szCs w:val="24"/>
        </w:rPr>
        <w:br/>
      </w:r>
    </w:p>
    <w:p w14:paraId="0000000C" w14:textId="3996132B" w:rsidR="00524DCF" w:rsidRPr="003903A4" w:rsidRDefault="007C51C7" w:rsidP="007C51C7">
      <w:pPr>
        <w:spacing w:line="240" w:lineRule="auto"/>
        <w:rPr>
          <w:sz w:val="24"/>
          <w:szCs w:val="24"/>
        </w:rPr>
      </w:pPr>
      <w:r w:rsidRPr="003903A4">
        <w:rPr>
          <w:sz w:val="24"/>
          <w:szCs w:val="24"/>
        </w:rPr>
        <w:t xml:space="preserve">Number of Servings (if known): </w:t>
      </w:r>
      <w:sdt>
        <w:sdtPr>
          <w:rPr>
            <w:sz w:val="24"/>
            <w:szCs w:val="24"/>
          </w:rPr>
          <w:id w:val="-2119447893"/>
          <w:placeholder>
            <w:docPart w:val="DefaultPlaceholder_-1854013440"/>
          </w:placeholder>
          <w:showingPlcHdr/>
          <w:text/>
        </w:sdtPr>
        <w:sdtEndPr/>
        <w:sdtContent>
          <w:r w:rsidR="00122A18" w:rsidRPr="00E9546C">
            <w:rPr>
              <w:rStyle w:val="PlaceholderText"/>
            </w:rPr>
            <w:t>Click or tap here to enter text.</w:t>
          </w:r>
        </w:sdtContent>
      </w:sdt>
      <w:r w:rsidRPr="003903A4">
        <w:rPr>
          <w:sz w:val="24"/>
          <w:szCs w:val="24"/>
        </w:rPr>
        <w:br/>
      </w:r>
    </w:p>
    <w:p w14:paraId="0000000D" w14:textId="6C362D9F" w:rsidR="00524DCF" w:rsidRPr="003903A4" w:rsidRDefault="007C51C7" w:rsidP="007C51C7">
      <w:pPr>
        <w:spacing w:line="240" w:lineRule="auto"/>
        <w:rPr>
          <w:sz w:val="24"/>
          <w:szCs w:val="24"/>
        </w:rPr>
      </w:pPr>
      <w:r w:rsidRPr="003903A4">
        <w:rPr>
          <w:sz w:val="24"/>
          <w:szCs w:val="24"/>
        </w:rPr>
        <w:t xml:space="preserve">Prep Time: </w:t>
      </w:r>
      <w:sdt>
        <w:sdtPr>
          <w:rPr>
            <w:sz w:val="24"/>
            <w:szCs w:val="24"/>
          </w:rPr>
          <w:id w:val="-57482269"/>
          <w:placeholder>
            <w:docPart w:val="DefaultPlaceholder_-1854013440"/>
          </w:placeholder>
          <w:showingPlcHdr/>
          <w:text/>
        </w:sdtPr>
        <w:sdtEndPr/>
        <w:sdtContent>
          <w:r w:rsidR="00122A18" w:rsidRPr="00E9546C">
            <w:rPr>
              <w:rStyle w:val="PlaceholderText"/>
            </w:rPr>
            <w:t>Click or tap here to enter text.</w:t>
          </w:r>
        </w:sdtContent>
      </w:sdt>
    </w:p>
    <w:p w14:paraId="0000000E" w14:textId="2B9762C1" w:rsidR="00524DCF" w:rsidRPr="003903A4" w:rsidRDefault="007C51C7" w:rsidP="007C51C7">
      <w:pPr>
        <w:spacing w:line="240" w:lineRule="auto"/>
        <w:rPr>
          <w:sz w:val="24"/>
          <w:szCs w:val="24"/>
        </w:rPr>
      </w:pPr>
      <w:r w:rsidRPr="003903A4">
        <w:rPr>
          <w:sz w:val="24"/>
          <w:szCs w:val="24"/>
        </w:rPr>
        <w:t xml:space="preserve">Cook </w:t>
      </w:r>
      <w:proofErr w:type="gramStart"/>
      <w:r w:rsidRPr="003903A4">
        <w:rPr>
          <w:sz w:val="24"/>
          <w:szCs w:val="24"/>
        </w:rPr>
        <w:t>Time :</w:t>
      </w:r>
      <w:proofErr w:type="gramEnd"/>
      <w:r w:rsidRPr="003903A4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1480224937"/>
          <w:placeholder>
            <w:docPart w:val="DefaultPlaceholder_-1854013440"/>
          </w:placeholder>
          <w:showingPlcHdr/>
          <w:text/>
        </w:sdtPr>
        <w:sdtEndPr/>
        <w:sdtContent>
          <w:r w:rsidR="00122A18" w:rsidRPr="00E9546C">
            <w:rPr>
              <w:rStyle w:val="PlaceholderText"/>
            </w:rPr>
            <w:t>Click or tap here to enter text.</w:t>
          </w:r>
        </w:sdtContent>
      </w:sdt>
      <w:r w:rsidRPr="003903A4">
        <w:rPr>
          <w:sz w:val="24"/>
          <w:szCs w:val="24"/>
        </w:rPr>
        <w:br/>
      </w:r>
    </w:p>
    <w:p w14:paraId="0754E7C6" w14:textId="032F4D4E" w:rsidR="007C51C7" w:rsidRPr="003903A4" w:rsidRDefault="007C51C7" w:rsidP="007C51C7">
      <w:pPr>
        <w:pStyle w:val="Heading2"/>
        <w:spacing w:line="240" w:lineRule="auto"/>
        <w:rPr>
          <w:sz w:val="24"/>
          <w:szCs w:val="24"/>
        </w:rPr>
      </w:pPr>
      <w:r w:rsidRPr="003903A4">
        <w:rPr>
          <w:sz w:val="24"/>
          <w:szCs w:val="24"/>
        </w:rPr>
        <w:t>Ingredients (List ingredients in the order they are used, including measurements.)</w:t>
      </w:r>
    </w:p>
    <w:bookmarkStart w:id="0" w:name="_Hlk220061515" w:displacedByCustomXml="next"/>
    <w:sdt>
      <w:sdtPr>
        <w:rPr>
          <w:sz w:val="24"/>
          <w:szCs w:val="24"/>
        </w:rPr>
        <w:id w:val="-497818611"/>
        <w:placeholder>
          <w:docPart w:val="DefaultPlaceholder_-1854013440"/>
        </w:placeholder>
        <w:showingPlcHdr/>
        <w:text w:multiLine="1"/>
      </w:sdtPr>
      <w:sdtEndPr/>
      <w:sdtContent>
        <w:p w14:paraId="3AC278C0" w14:textId="15EF2B71" w:rsidR="007C51C7" w:rsidRPr="003903A4" w:rsidRDefault="00E04E9F" w:rsidP="007C51C7">
          <w:pPr>
            <w:spacing w:line="240" w:lineRule="auto"/>
            <w:rPr>
              <w:sz w:val="24"/>
              <w:szCs w:val="24"/>
            </w:rPr>
          </w:pPr>
          <w:r w:rsidRPr="00E9546C">
            <w:rPr>
              <w:rStyle w:val="PlaceholderText"/>
            </w:rPr>
            <w:t>Click or tap here to enter text.</w:t>
          </w:r>
        </w:p>
      </w:sdtContent>
    </w:sdt>
    <w:bookmarkEnd w:id="0" w:displacedByCustomXml="prev"/>
    <w:p w14:paraId="3C7D7343" w14:textId="77777777" w:rsidR="00E04E9F" w:rsidRDefault="00E04E9F" w:rsidP="007C51C7">
      <w:pPr>
        <w:pStyle w:val="Heading2"/>
        <w:spacing w:line="240" w:lineRule="auto"/>
        <w:rPr>
          <w:sz w:val="24"/>
          <w:szCs w:val="24"/>
        </w:rPr>
      </w:pPr>
    </w:p>
    <w:p w14:paraId="00000017" w14:textId="53068732" w:rsidR="00524DCF" w:rsidRPr="003903A4" w:rsidRDefault="007C51C7" w:rsidP="007C51C7">
      <w:pPr>
        <w:pStyle w:val="Heading2"/>
        <w:spacing w:line="240" w:lineRule="auto"/>
        <w:rPr>
          <w:sz w:val="24"/>
          <w:szCs w:val="24"/>
        </w:rPr>
      </w:pPr>
      <w:r w:rsidRPr="003903A4">
        <w:rPr>
          <w:sz w:val="24"/>
          <w:szCs w:val="24"/>
        </w:rPr>
        <w:t>Instructions (Please write clear, step-by-step instructions.)</w:t>
      </w:r>
    </w:p>
    <w:sdt>
      <w:sdtPr>
        <w:rPr>
          <w:sz w:val="24"/>
          <w:szCs w:val="24"/>
        </w:rPr>
        <w:id w:val="-2070490963"/>
        <w:placeholder>
          <w:docPart w:val="AEFD862C33F64A89B92A03501C94B328"/>
        </w:placeholder>
        <w:showingPlcHdr/>
        <w:text w:multiLine="1"/>
      </w:sdtPr>
      <w:sdtEndPr/>
      <w:sdtContent>
        <w:p w14:paraId="76894078" w14:textId="77777777" w:rsidR="00E04E9F" w:rsidRDefault="00E04E9F" w:rsidP="00E04E9F">
          <w:pPr>
            <w:spacing w:line="240" w:lineRule="auto"/>
          </w:pPr>
          <w:r w:rsidRPr="00E9546C">
            <w:rPr>
              <w:rStyle w:val="PlaceholderText"/>
            </w:rPr>
            <w:t>Click or tap here to enter text.</w:t>
          </w:r>
        </w:p>
      </w:sdtContent>
    </w:sdt>
    <w:p w14:paraId="40879FF6" w14:textId="77777777" w:rsidR="00E04E9F" w:rsidRDefault="00E04E9F" w:rsidP="007C51C7">
      <w:pPr>
        <w:pStyle w:val="Heading2"/>
        <w:spacing w:line="240" w:lineRule="auto"/>
        <w:rPr>
          <w:sz w:val="24"/>
          <w:szCs w:val="24"/>
        </w:rPr>
      </w:pPr>
    </w:p>
    <w:p w14:paraId="00000020" w14:textId="5FA8C785" w:rsidR="00524DCF" w:rsidRPr="003903A4" w:rsidRDefault="007C51C7" w:rsidP="007C51C7">
      <w:pPr>
        <w:pStyle w:val="Heading2"/>
        <w:spacing w:line="240" w:lineRule="auto"/>
        <w:rPr>
          <w:sz w:val="24"/>
          <w:szCs w:val="24"/>
        </w:rPr>
      </w:pPr>
      <w:r w:rsidRPr="003903A4">
        <w:rPr>
          <w:sz w:val="24"/>
          <w:szCs w:val="24"/>
        </w:rPr>
        <w:t>Optional Personal Note</w:t>
      </w:r>
    </w:p>
    <w:p w14:paraId="00000021" w14:textId="77777777" w:rsidR="00524DCF" w:rsidRDefault="007C51C7" w:rsidP="007C51C7">
      <w:pPr>
        <w:spacing w:line="240" w:lineRule="auto"/>
        <w:rPr>
          <w:sz w:val="24"/>
          <w:szCs w:val="24"/>
        </w:rPr>
      </w:pPr>
      <w:r w:rsidRPr="003903A4">
        <w:rPr>
          <w:sz w:val="24"/>
          <w:szCs w:val="24"/>
        </w:rPr>
        <w:t>If you’d like, tell us a little about this recipe.  (Why it’s meaningful, who it reminds you of, or when you usually make it.)</w:t>
      </w:r>
    </w:p>
    <w:sdt>
      <w:sdtPr>
        <w:rPr>
          <w:sz w:val="24"/>
          <w:szCs w:val="24"/>
        </w:rPr>
        <w:id w:val="718486041"/>
        <w:placeholder>
          <w:docPart w:val="25700C4AC2FC4D99B7AAE08105B6F949"/>
        </w:placeholder>
        <w:showingPlcHdr/>
        <w:text w:multiLine="1"/>
      </w:sdtPr>
      <w:sdtEndPr/>
      <w:sdtContent>
        <w:p w14:paraId="088FFC8A" w14:textId="77777777" w:rsidR="00E04E9F" w:rsidRDefault="00E04E9F" w:rsidP="00E04E9F">
          <w:pPr>
            <w:spacing w:line="240" w:lineRule="auto"/>
          </w:pPr>
          <w:r w:rsidRPr="00E9546C">
            <w:rPr>
              <w:rStyle w:val="PlaceholderText"/>
            </w:rPr>
            <w:t>Click or tap here to enter text.</w:t>
          </w:r>
        </w:p>
      </w:sdtContent>
    </w:sdt>
    <w:p w14:paraId="56EE0786" w14:textId="77777777" w:rsidR="00E04E9F" w:rsidRDefault="00E04E9F" w:rsidP="007C51C7">
      <w:pPr>
        <w:pStyle w:val="Heading2"/>
        <w:spacing w:line="240" w:lineRule="auto"/>
        <w:rPr>
          <w:sz w:val="24"/>
          <w:szCs w:val="24"/>
        </w:rPr>
      </w:pPr>
    </w:p>
    <w:p w14:paraId="00000026" w14:textId="7E853277" w:rsidR="00524DCF" w:rsidRPr="003903A4" w:rsidRDefault="007C51C7" w:rsidP="007C51C7">
      <w:pPr>
        <w:pStyle w:val="Heading2"/>
        <w:spacing w:line="240" w:lineRule="auto"/>
        <w:rPr>
          <w:sz w:val="24"/>
          <w:szCs w:val="24"/>
        </w:rPr>
      </w:pPr>
      <w:r w:rsidRPr="003903A4">
        <w:rPr>
          <w:sz w:val="24"/>
          <w:szCs w:val="24"/>
        </w:rPr>
        <w:t>Photo (Optional)</w:t>
      </w:r>
    </w:p>
    <w:p w14:paraId="00000027" w14:textId="77777777" w:rsidR="00524DCF" w:rsidRDefault="007C51C7" w:rsidP="007C51C7">
      <w:pPr>
        <w:spacing w:line="240" w:lineRule="auto"/>
        <w:rPr>
          <w:sz w:val="24"/>
          <w:szCs w:val="24"/>
        </w:rPr>
      </w:pPr>
      <w:r w:rsidRPr="003903A4">
        <w:rPr>
          <w:sz w:val="24"/>
          <w:szCs w:val="24"/>
        </w:rPr>
        <w:t>If you would like to include a photo of your finished dish, please attach it when submitting by email. Photos are not guaranteed to be included.</w:t>
      </w:r>
    </w:p>
    <w:p w14:paraId="080A9C37" w14:textId="77777777" w:rsidR="00E04E9F" w:rsidRPr="003903A4" w:rsidRDefault="00E04E9F" w:rsidP="007C51C7">
      <w:pPr>
        <w:spacing w:line="240" w:lineRule="auto"/>
        <w:rPr>
          <w:sz w:val="24"/>
          <w:szCs w:val="24"/>
        </w:rPr>
      </w:pPr>
    </w:p>
    <w:p w14:paraId="00000028" w14:textId="77777777" w:rsidR="00524DCF" w:rsidRPr="003903A4" w:rsidRDefault="007C51C7" w:rsidP="007C51C7">
      <w:pPr>
        <w:pStyle w:val="Heading2"/>
        <w:spacing w:line="240" w:lineRule="auto"/>
        <w:rPr>
          <w:sz w:val="24"/>
          <w:szCs w:val="24"/>
        </w:rPr>
      </w:pPr>
      <w:r w:rsidRPr="003903A4">
        <w:rPr>
          <w:sz w:val="24"/>
          <w:szCs w:val="24"/>
        </w:rPr>
        <w:t>Submission Guidelines</w:t>
      </w:r>
    </w:p>
    <w:p w14:paraId="00000029" w14:textId="77777777" w:rsidR="00524DCF" w:rsidRPr="003903A4" w:rsidRDefault="007C51C7" w:rsidP="007C51C7">
      <w:pPr>
        <w:spacing w:line="240" w:lineRule="auto"/>
        <w:rPr>
          <w:sz w:val="24"/>
          <w:szCs w:val="24"/>
        </w:rPr>
      </w:pPr>
      <w:r w:rsidRPr="003903A4">
        <w:rPr>
          <w:sz w:val="24"/>
          <w:szCs w:val="24"/>
        </w:rPr>
        <w:t>- Open to Woodbury residents</w:t>
      </w:r>
      <w:r w:rsidRPr="003903A4">
        <w:rPr>
          <w:sz w:val="24"/>
          <w:szCs w:val="24"/>
        </w:rPr>
        <w:br/>
        <w:t>- Please submit no more than two recipes per household</w:t>
      </w:r>
      <w:r w:rsidRPr="003903A4">
        <w:rPr>
          <w:sz w:val="24"/>
          <w:szCs w:val="24"/>
        </w:rPr>
        <w:br/>
        <w:t>- Recipes may be lightly edited for clarity, formatting, or space</w:t>
      </w:r>
      <w:r w:rsidRPr="003903A4">
        <w:rPr>
          <w:sz w:val="24"/>
          <w:szCs w:val="24"/>
        </w:rPr>
        <w:br/>
        <w:t>- Not all submitted recipes may be included due to space limitations</w:t>
      </w:r>
      <w:r w:rsidRPr="003903A4">
        <w:rPr>
          <w:sz w:val="24"/>
          <w:szCs w:val="24"/>
        </w:rPr>
        <w:br/>
        <w:t>- By submitting a recipe, you grant Woodbury Parks &amp; Recreation permission to publish it in the community cookbook</w:t>
      </w:r>
      <w:r w:rsidRPr="003903A4">
        <w:rPr>
          <w:sz w:val="24"/>
          <w:szCs w:val="24"/>
        </w:rPr>
        <w:br/>
      </w:r>
    </w:p>
    <w:p w14:paraId="0000002A" w14:textId="77777777" w:rsidR="00524DCF" w:rsidRPr="003903A4" w:rsidRDefault="007C51C7" w:rsidP="007C51C7">
      <w:pPr>
        <w:pStyle w:val="Heading2"/>
        <w:spacing w:line="240" w:lineRule="auto"/>
        <w:rPr>
          <w:sz w:val="24"/>
          <w:szCs w:val="24"/>
        </w:rPr>
      </w:pPr>
      <w:r w:rsidRPr="003903A4">
        <w:rPr>
          <w:sz w:val="24"/>
          <w:szCs w:val="24"/>
        </w:rPr>
        <w:t>How to Submit</w:t>
      </w:r>
    </w:p>
    <w:p w14:paraId="0000002B" w14:textId="4CBFB4CE" w:rsidR="00524DCF" w:rsidRDefault="007C51C7" w:rsidP="007C51C7">
      <w:pPr>
        <w:spacing w:line="240" w:lineRule="auto"/>
      </w:pPr>
      <w:r w:rsidRPr="003903A4">
        <w:rPr>
          <w:sz w:val="24"/>
          <w:szCs w:val="24"/>
        </w:rPr>
        <w:t xml:space="preserve">Please </w:t>
      </w:r>
      <w:r w:rsidR="00E04E9F">
        <w:rPr>
          <w:sz w:val="24"/>
          <w:szCs w:val="24"/>
        </w:rPr>
        <w:t>email</w:t>
      </w:r>
      <w:r w:rsidRPr="003903A4">
        <w:rPr>
          <w:sz w:val="24"/>
          <w:szCs w:val="24"/>
        </w:rPr>
        <w:t xml:space="preserve"> completed forms and any photos to:  </w:t>
      </w:r>
      <w:hyperlink r:id="rId6" w:history="1">
        <w:r w:rsidR="00E04E9F" w:rsidRPr="00E9546C">
          <w:rPr>
            <w:rStyle w:val="Hyperlink"/>
            <w:sz w:val="24"/>
            <w:szCs w:val="24"/>
          </w:rPr>
          <w:t>recinfo@woodburyct.org</w:t>
        </w:r>
      </w:hyperlink>
      <w:r w:rsidR="00E04E9F">
        <w:rPr>
          <w:sz w:val="24"/>
          <w:szCs w:val="24"/>
        </w:rPr>
        <w:t xml:space="preserve"> with </w:t>
      </w:r>
      <w:r w:rsidRPr="003903A4">
        <w:rPr>
          <w:sz w:val="24"/>
          <w:szCs w:val="24"/>
        </w:rPr>
        <w:t>subject line:  Community Cookbook Recipe</w:t>
      </w:r>
      <w:r>
        <w:t xml:space="preserve"> Submission</w:t>
      </w:r>
      <w:r w:rsidR="00E04E9F">
        <w:t>.  Please attach recipe submission and any pictures in one email.</w:t>
      </w:r>
    </w:p>
    <w:p w14:paraId="7BEAEBAF" w14:textId="77777777" w:rsidR="0037312F" w:rsidRDefault="0037312F" w:rsidP="007C51C7">
      <w:pPr>
        <w:spacing w:line="240" w:lineRule="auto"/>
      </w:pPr>
    </w:p>
    <w:p w14:paraId="5B675550" w14:textId="4C2C41CB" w:rsidR="0037312F" w:rsidRDefault="0037312F" w:rsidP="007C51C7">
      <w:pPr>
        <w:spacing w:line="240" w:lineRule="auto"/>
      </w:pPr>
    </w:p>
    <w:sectPr w:rsidR="0037312F" w:rsidSect="007C51C7">
      <w:pgSz w:w="12240" w:h="15840"/>
      <w:pgMar w:top="432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B3F2A8E-09DD-46C7-B744-2C2A11AA8D02}"/>
    <w:embedBold r:id="rId2" w:fontKey="{61979173-86C2-4EEE-969B-A21228321F28}"/>
    <w:embedItalic r:id="rId3" w:fontKey="{C3DBA184-3B08-4163-B278-93249DB1647C}"/>
    <w:embedBoldItalic r:id="rId4" w:fontKey="{94267C96-21A1-480C-BE09-610A0E1898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2A1EFBD-5004-473B-A519-20F1D9E62C8D}"/>
    <w:embedBold r:id="rId6" w:fontKey="{2CF6D7CC-3E0B-4FC2-AC36-3A1E94A949A6}"/>
    <w:embedItalic r:id="rId7" w:fontKey="{8FE578C6-EF99-4633-B200-877C7291E19D}"/>
    <w:embedBoldItalic r:id="rId8" w:fontKey="{80CC235E-22F5-43A9-BB9B-9C77DC7905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975B2ED0-0FDA-4956-A249-6F24A4021FD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BC15A3"/>
    <w:multiLevelType w:val="multilevel"/>
    <w:tmpl w:val="FCD04C06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38699309">
    <w:abstractNumId w:val="0"/>
  </w:num>
  <w:num w:numId="2" w16cid:durableId="1479414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021521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1525676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3928697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302924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Apw4lsXnxZvCm7d/5+Vfq9+TiobSFafeNyFF3dGQ3oMzM9J2XBkTwP6GB7KCc9jlvr+Qf6hMCXtcGCqPVvq+IA==" w:salt="xuZMxFbVIjfahLbdUZXLB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DCF"/>
    <w:rsid w:val="000C01E6"/>
    <w:rsid w:val="00122A18"/>
    <w:rsid w:val="002623F6"/>
    <w:rsid w:val="0037312F"/>
    <w:rsid w:val="003903A4"/>
    <w:rsid w:val="00524DCF"/>
    <w:rsid w:val="007C51C7"/>
    <w:rsid w:val="00816642"/>
    <w:rsid w:val="009A5FD9"/>
    <w:rsid w:val="00D869F9"/>
    <w:rsid w:val="00E04E9F"/>
    <w:rsid w:val="00FA2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AF894"/>
  <w15:docId w15:val="{FF3C5D0E-C6DF-4E57-829A-033C94B6C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903A4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E04E9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4E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recinfo@woodburyct.or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337CD1-C7A9-40F0-8575-CDE2EB4D8831}"/>
      </w:docPartPr>
      <w:docPartBody>
        <w:p w:rsidR="003A2BA0" w:rsidRDefault="003A2BA0">
          <w:r w:rsidRPr="00E9546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700C4AC2FC4D99B7AAE08105B6F9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CBE9E-EB44-442D-9E1B-A3855B5A6287}"/>
      </w:docPartPr>
      <w:docPartBody>
        <w:p w:rsidR="003A2BA0" w:rsidRDefault="003A2BA0" w:rsidP="003A2BA0">
          <w:pPr>
            <w:pStyle w:val="25700C4AC2FC4D99B7AAE08105B6F949"/>
          </w:pPr>
          <w:r w:rsidRPr="00E9546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FD862C33F64A89B92A03501C94B3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AB362-57A1-43D9-BE4A-8AE8EAECF367}"/>
      </w:docPartPr>
      <w:docPartBody>
        <w:p w:rsidR="003A2BA0" w:rsidRDefault="003A2BA0" w:rsidP="003A2BA0">
          <w:pPr>
            <w:pStyle w:val="AEFD862C33F64A89B92A03501C94B328"/>
          </w:pPr>
          <w:r w:rsidRPr="00E9546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BA0"/>
    <w:rsid w:val="002623F6"/>
    <w:rsid w:val="003A2BA0"/>
    <w:rsid w:val="00D86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A2BA0"/>
    <w:rPr>
      <w:color w:val="666666"/>
    </w:rPr>
  </w:style>
  <w:style w:type="paragraph" w:customStyle="1" w:styleId="25700C4AC2FC4D99B7AAE08105B6F949">
    <w:name w:val="25700C4AC2FC4D99B7AAE08105B6F949"/>
    <w:rsid w:val="003A2BA0"/>
  </w:style>
  <w:style w:type="paragraph" w:customStyle="1" w:styleId="AEFD862C33F64A89B92A03501C94B328">
    <w:name w:val="AEFD862C33F64A89B92A03501C94B328"/>
    <w:rsid w:val="003A2B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QQHlzZPQWPN4UQa2EoC2XJaZLg==">CgMxLjA4AHIhMW1raFVpR2FxeE83VTdtU01fSVN6elhGVUpCZW5IQ1BB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397</Words>
  <Characters>1951</Characters>
  <Application>Microsoft Office Word</Application>
  <DocSecurity>0</DocSecurity>
  <Lines>75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Linda McCarthy</cp:lastModifiedBy>
  <cp:revision>2</cp:revision>
  <cp:lastPrinted>2026-01-23T17:00:00Z</cp:lastPrinted>
  <dcterms:created xsi:type="dcterms:W3CDTF">2026-01-23T17:01:00Z</dcterms:created>
  <dcterms:modified xsi:type="dcterms:W3CDTF">2026-01-23T17:01:00Z</dcterms:modified>
</cp:coreProperties>
</file>